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Curriculum Vitae</w:t>
      </w:r>
    </w:p>
    <w:p>
      <w:r>
        <w:t>Nom complet : Mouad Ait Abdellah Ali</w:t>
      </w:r>
    </w:p>
    <w:p>
      <w:r>
        <w:t>Adresse : Tinghir, Maroc</w:t>
      </w:r>
    </w:p>
    <w:p>
      <w:r>
        <w:t>Téléphone : +212 693 436 507</w:t>
      </w:r>
    </w:p>
    <w:p>
      <w:r>
        <w:t>E-mail : mouad15naja@gmail.com</w:t>
      </w:r>
    </w:p>
    <w:p>
      <w:r>
        <w:t>Statut : En situation de handicap moteur</w:t>
      </w:r>
    </w:p>
    <w:p>
      <w:r>
        <w:t>Mobilité : Disponible pour travailler en France, Espagne, Portugal, Belgique</w:t>
      </w:r>
    </w:p>
    <w:p>
      <w:pPr>
        <w:pStyle w:val="Heading2"/>
      </w:pPr>
      <w:r>
        <w:t>🎯 Objectif Professionnel</w:t>
      </w:r>
    </w:p>
    <w:p>
      <w:r>
        <w:t>Candidat motivé, sérieux et dynamique, actuellement résident au Maroc et en situation de handicap moteur. Je suis titulaire d’un baccalauréat (2023) et je maîtrise parfaitement l’utilisation du téléphone mobile et des outils de communication simples. Je recherche un contrat de travail me permettant d’exercer à distance ou dans un environnement de bureau adapté, avec la possibilité de travailler et de m’installer légalement en Europe (France, Espagne, Portugal ou Belgique).</w:t>
      </w:r>
    </w:p>
    <w:p>
      <w:pPr>
        <w:pStyle w:val="Heading2"/>
      </w:pPr>
      <w:r>
        <w:t>💼 Compétences</w:t>
      </w:r>
    </w:p>
    <w:p>
      <w:pPr>
        <w:pStyle w:val="ListBullet"/>
      </w:pPr>
      <w:r>
        <w:t>• Excellente maîtrise du téléphone mobile</w:t>
      </w:r>
    </w:p>
    <w:p>
      <w:pPr>
        <w:pStyle w:val="ListBullet"/>
      </w:pPr>
      <w:r>
        <w:t>• Saisie d’informations et gestion de données à distance</w:t>
      </w:r>
    </w:p>
    <w:p>
      <w:pPr>
        <w:pStyle w:val="ListBullet"/>
      </w:pPr>
      <w:r>
        <w:t>• Réception et traitement des appels et messages</w:t>
      </w:r>
    </w:p>
    <w:p>
      <w:pPr>
        <w:pStyle w:val="ListBullet"/>
      </w:pPr>
      <w:r>
        <w:t>• Communication claire, polie et professionnelle</w:t>
      </w:r>
    </w:p>
    <w:p>
      <w:pPr>
        <w:pStyle w:val="ListBullet"/>
      </w:pPr>
      <w:r>
        <w:t>• Sens de l’organisation, ponctualité et autonomie</w:t>
      </w:r>
    </w:p>
    <w:p>
      <w:pPr>
        <w:pStyle w:val="ListBullet"/>
      </w:pPr>
      <w:r>
        <w:t>• Capacité d’adaptation et volonté d’apprendre rapidement</w:t>
      </w:r>
    </w:p>
    <w:p>
      <w:pPr>
        <w:pStyle w:val="Heading2"/>
      </w:pPr>
      <w:r>
        <w:t>🎓 Formation</w:t>
      </w:r>
    </w:p>
    <w:p>
      <w:r>
        <w:t>Baccalauréat</w:t>
        <w:br/>
        <w:t>Ministère de l’Éducation, Maroc — Obtenu en 2023</w:t>
      </w:r>
    </w:p>
    <w:p>
      <w:pPr>
        <w:pStyle w:val="Heading2"/>
      </w:pPr>
      <w:r>
        <w:t>🌐 Langues</w:t>
      </w:r>
    </w:p>
    <w:p>
      <w:pPr>
        <w:pStyle w:val="ListBullet"/>
      </w:pPr>
      <w:r>
        <w:t>• Arabe : Langue maternelle</w:t>
      </w:r>
    </w:p>
    <w:p>
      <w:pPr>
        <w:pStyle w:val="ListBullet"/>
      </w:pPr>
      <w:r>
        <w:t>• Français : Niveau intermédiaire</w:t>
      </w:r>
    </w:p>
    <w:p>
      <w:pPr>
        <w:pStyle w:val="ListBullet"/>
      </w:pPr>
      <w:r>
        <w:t>• Anglais : Niveau débutant</w:t>
      </w:r>
    </w:p>
    <w:p>
      <w:pPr>
        <w:pStyle w:val="Heading2"/>
      </w:pPr>
      <w:r>
        <w:t>📌 Disponibilité</w:t>
      </w:r>
    </w:p>
    <w:p>
      <w:r>
        <w:t>• Immédiate</w:t>
        <w:br/>
        <w:t>• Type de poste recherché : Télétravail ou poste en bureau accessible</w:t>
        <w:br/>
        <w:t>• Objectif : Obtenir un contrat de travail pour m’établir et travailler légalement en Europe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